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00" w:type="dxa"/>
          <w:left w:w="360" w:type="dxa"/>
          <w:bottom w:w="200" w:type="dxa"/>
          <w:right w:w="360" w:type="dxa"/>
        </w:tblCellMar>
        <w:tblInd w:w="360" w:type="dxa"/>
      </w:tblPr>
      <w:tblGrid>
        <w:gridCol w:w="10080"/>
      </w:tblGrid>
      <w:tr>
        <w:trPr>
          <w:trHeight w:val="8064" w:hRule="exact"/>
        </w:trPr>
        <w:tc>
          <w:tcPr>
            <w:tcW w:type="dxa" w:w="10080"/>
            <w:shd w:val="clear" w:color="auto" w:fill="1E5BD6"/>
            <w:vAlign w:val="bottom"/>
          </w:tcPr>
          <w:p>
            <w:pPr>
              <w:spacing w:before="0" w:after="0"/>
            </w:pPr>
            <w:r>
              <w:rPr>
                <w:b/>
                <w:i w:val="0"/>
                <w:color w:val="F7B733"/>
                <w:sz w:val="22"/>
              </w:rPr>
              <w:t>[COMPANY NAME]</w:t>
            </w:r>
          </w:p>
          <w:p>
            <w:pPr>
              <w:spacing w:before="200" w:after="0"/>
            </w:pPr>
            <w:r>
              <w:rPr>
                <w:b/>
                <w:i w:val="0"/>
                <w:color w:val="FFFFFF"/>
                <w:sz w:val="80"/>
              </w:rPr>
              <w:t>User Manual</w:t>
            </w:r>
          </w:p>
          <w:p>
            <w:pPr>
              <w:spacing w:before="120" w:after="400"/>
            </w:pPr>
            <w:r>
              <w:rPr>
                <w:b w:val="0"/>
                <w:i w:val="0"/>
                <w:color w:val="DCE6FA"/>
                <w:sz w:val="28"/>
              </w:rPr>
              <w:t>[Product Name]  •  Model [XXX-000]</w:t>
            </w:r>
          </w:p>
        </w:tc>
      </w:tr>
      <w:tr>
        <w:trPr>
          <w:trHeight w:val="173" w:hRule="exact"/>
        </w:trPr>
        <w:tc>
          <w:tcPr>
            <w:tcW w:type="dxa" w:w="10080"/>
            <w:shd w:val="clear" w:color="auto" w:fill="F7B733"/>
          </w:tcPr>
          <w:p>
            <w:pPr>
              <w:spacing w:before="0" w:after="0" w:line="20" w:lineRule="exact"/>
            </w:pPr>
          </w:p>
        </w:tc>
      </w:tr>
      <w:tr>
        <w:trPr>
          <w:trHeight w:val="3744" w:hRule="exact"/>
        </w:trPr>
        <w:tc>
          <w:tcPr>
            <w:tcW w:type="dxa" w:w="10080"/>
            <w:shd w:val="clear" w:color="auto" w:fill="0B2A6B"/>
          </w:tcPr>
          <w:p>
            <w:pPr>
              <w:spacing w:before="80" w:after="0"/>
            </w:pPr>
            <w:r>
              <w:rPr>
                <w:b/>
                <w:i w:val="0"/>
                <w:color w:val="F7B733"/>
                <w:sz w:val="16"/>
              </w:rPr>
              <w:t>VERSION</w:t>
            </w:r>
          </w:p>
          <w:p>
            <w:pPr>
              <w:spacing w:before="0" w:after="0"/>
            </w:pPr>
            <w:r>
              <w:rPr>
                <w:b w:val="0"/>
                <w:i w:val="0"/>
                <w:color w:val="FFFFFF"/>
                <w:sz w:val="22"/>
              </w:rPr>
              <w:t>[1.0]  •  [Month Year]</w:t>
            </w:r>
          </w:p>
          <w:p>
            <w:pPr>
              <w:spacing w:before="80" w:after="0"/>
            </w:pPr>
            <w:r>
              <w:rPr>
                <w:b/>
                <w:i w:val="0"/>
                <w:color w:val="F7B733"/>
                <w:sz w:val="16"/>
              </w:rPr>
              <w:t>SUPPORT</w:t>
            </w:r>
          </w:p>
          <w:p>
            <w:pPr>
              <w:spacing w:before="0" w:after="0"/>
            </w:pPr>
            <w:r>
              <w:rPr>
                <w:b w:val="0"/>
                <w:i w:val="0"/>
                <w:color w:val="FFFFFF"/>
                <w:sz w:val="22"/>
              </w:rPr>
              <w:t>[support@company.com]  •  [Phone]</w:t>
            </w:r>
          </w:p>
          <w:p>
            <w:pPr>
              <w:spacing w:before="80" w:after="0"/>
            </w:pPr>
            <w:r>
              <w:rPr>
                <w:b/>
                <w:i w:val="0"/>
                <w:color w:val="F7B733"/>
                <w:sz w:val="16"/>
              </w:rPr>
              <w:t>WEBSITE</w:t>
            </w:r>
          </w:p>
          <w:p>
            <w:pPr>
              <w:spacing w:before="0" w:after="0"/>
            </w:pPr>
            <w:r>
              <w:rPr>
                <w:b w:val="0"/>
                <w:i w:val="0"/>
                <w:color w:val="FFFFFF"/>
                <w:sz w:val="22"/>
              </w:rPr>
              <w:t>[www.company.com]</w:t>
            </w:r>
          </w:p>
        </w:tc>
      </w:tr>
    </w:tbl>
    <w:p>
      <w:pPr>
        <w:spacing w:before="0" w:after="0" w:line="20" w:lineRule="exact"/>
      </w:pPr>
      <w:r>
        <w:rPr>
          <w:sz w:val="2"/>
        </w:rPr>
        <w:br w:type="page"/>
      </w:r>
    </w:p>
    <w:p>
      <w:pPr>
        <w:spacing w:before="0" w:after="60"/>
        <w:keepNext/>
        <w:pBdr>
          <w:bottom w:val="single" w:sz="8" w:space="2" w:color="F7B733"/>
        </w:pBdr>
      </w:pPr>
      <w:r>
        <w:rPr>
          <w:b/>
          <w:i w:val="0"/>
          <w:color w:val="0B2A6B"/>
          <w:sz w:val="22"/>
        </w:rPr>
        <w:t>CONTENTS</w:t>
      </w:r>
    </w:p>
    <w:p>
      <w:pPr>
        <w:tabs>
          <w:tab w:pos="10080" w:val="right" w:leader="dot"/>
        </w:tabs>
        <w:spacing w:before="0" w:after="80"/>
      </w:pPr>
      <w:r>
        <w:rPr>
          <w:b/>
          <w:i w:val="0"/>
          <w:color w:val="1E5BD6"/>
          <w:sz w:val="21"/>
        </w:rPr>
        <w:t xml:space="preserve">1   </w:t>
      </w:r>
      <w:r>
        <w:rPr>
          <w:b w:val="0"/>
          <w:i w:val="0"/>
          <w:sz w:val="21"/>
        </w:rPr>
        <w:t>Safety Information</w:t>
      </w:r>
      <w:r>
        <w:rPr>
          <w:b w:val="0"/>
          <w:i w:val="0"/>
          <w:color w:val="5A6270"/>
          <w:sz w:val="21"/>
        </w:rPr>
        <w:tab/>
        <w:t>3</w:t>
      </w:r>
    </w:p>
    <w:p>
      <w:pPr>
        <w:tabs>
          <w:tab w:pos="10080" w:val="right" w:leader="dot"/>
        </w:tabs>
        <w:spacing w:before="0" w:after="80"/>
      </w:pPr>
      <w:r>
        <w:rPr>
          <w:b/>
          <w:i w:val="0"/>
          <w:color w:val="1E5BD6"/>
          <w:sz w:val="21"/>
        </w:rPr>
        <w:t xml:space="preserve">2   </w:t>
      </w:r>
      <w:r>
        <w:rPr>
          <w:b w:val="0"/>
          <w:i w:val="0"/>
          <w:sz w:val="21"/>
        </w:rPr>
        <w:t>What’s in the Box</w:t>
      </w:r>
      <w:r>
        <w:rPr>
          <w:b w:val="0"/>
          <w:i w:val="0"/>
          <w:color w:val="5A6270"/>
          <w:sz w:val="21"/>
        </w:rPr>
        <w:tab/>
        <w:t>3</w:t>
      </w:r>
    </w:p>
    <w:p>
      <w:pPr>
        <w:tabs>
          <w:tab w:pos="10080" w:val="right" w:leader="dot"/>
        </w:tabs>
        <w:spacing w:before="0" w:after="80"/>
      </w:pPr>
      <w:r>
        <w:rPr>
          <w:b/>
          <w:i w:val="0"/>
          <w:color w:val="1E5BD6"/>
          <w:sz w:val="21"/>
        </w:rPr>
        <w:t xml:space="preserve">3   </w:t>
      </w:r>
      <w:r>
        <w:rPr>
          <w:b w:val="0"/>
          <w:i w:val="0"/>
          <w:sz w:val="21"/>
        </w:rPr>
        <w:t>Product Overview</w:t>
      </w:r>
      <w:r>
        <w:rPr>
          <w:b w:val="0"/>
          <w:i w:val="0"/>
          <w:color w:val="5A6270"/>
          <w:sz w:val="21"/>
        </w:rPr>
        <w:tab/>
        <w:t>4</w:t>
      </w:r>
    </w:p>
    <w:p>
      <w:pPr>
        <w:tabs>
          <w:tab w:pos="10080" w:val="right" w:leader="dot"/>
        </w:tabs>
        <w:spacing w:before="0" w:after="80"/>
      </w:pPr>
      <w:r>
        <w:rPr>
          <w:b/>
          <w:i w:val="0"/>
          <w:color w:val="1E5BD6"/>
          <w:sz w:val="21"/>
        </w:rPr>
        <w:t xml:space="preserve">4   </w:t>
      </w:r>
      <w:r>
        <w:rPr>
          <w:b w:val="0"/>
          <w:i w:val="0"/>
          <w:sz w:val="21"/>
        </w:rPr>
        <w:t>Getting Started</w:t>
      </w:r>
      <w:r>
        <w:rPr>
          <w:b w:val="0"/>
          <w:i w:val="0"/>
          <w:color w:val="5A6270"/>
          <w:sz w:val="21"/>
        </w:rPr>
        <w:tab/>
        <w:t>5</w:t>
      </w:r>
    </w:p>
    <w:p>
      <w:pPr>
        <w:tabs>
          <w:tab w:pos="10080" w:val="right" w:leader="dot"/>
        </w:tabs>
        <w:spacing w:before="0" w:after="80"/>
      </w:pPr>
      <w:r>
        <w:rPr>
          <w:b/>
          <w:i w:val="0"/>
          <w:color w:val="1E5BD6"/>
          <w:sz w:val="21"/>
        </w:rPr>
        <w:t xml:space="preserve">5   </w:t>
      </w:r>
      <w:r>
        <w:rPr>
          <w:b w:val="0"/>
          <w:i w:val="0"/>
          <w:sz w:val="21"/>
        </w:rPr>
        <w:t>Using the Product</w:t>
      </w:r>
      <w:r>
        <w:rPr>
          <w:b w:val="0"/>
          <w:i w:val="0"/>
          <w:color w:val="5A6270"/>
          <w:sz w:val="21"/>
        </w:rPr>
        <w:tab/>
        <w:t>6</w:t>
      </w:r>
    </w:p>
    <w:p>
      <w:pPr>
        <w:tabs>
          <w:tab w:pos="10080" w:val="right" w:leader="dot"/>
        </w:tabs>
        <w:spacing w:before="0" w:after="80"/>
      </w:pPr>
      <w:r>
        <w:rPr>
          <w:b/>
          <w:i w:val="0"/>
          <w:color w:val="1E5BD6"/>
          <w:sz w:val="21"/>
        </w:rPr>
        <w:t xml:space="preserve">6   </w:t>
      </w:r>
      <w:r>
        <w:rPr>
          <w:b w:val="0"/>
          <w:i w:val="0"/>
          <w:sz w:val="21"/>
        </w:rPr>
        <w:t>Care &amp; Maintenance</w:t>
      </w:r>
      <w:r>
        <w:rPr>
          <w:b w:val="0"/>
          <w:i w:val="0"/>
          <w:color w:val="5A6270"/>
          <w:sz w:val="21"/>
        </w:rPr>
        <w:tab/>
        <w:t>7</w:t>
      </w:r>
    </w:p>
    <w:p>
      <w:pPr>
        <w:tabs>
          <w:tab w:pos="10080" w:val="right" w:leader="dot"/>
        </w:tabs>
        <w:spacing w:before="0" w:after="80"/>
      </w:pPr>
      <w:r>
        <w:rPr>
          <w:b/>
          <w:i w:val="0"/>
          <w:color w:val="1E5BD6"/>
          <w:sz w:val="21"/>
        </w:rPr>
        <w:t xml:space="preserve">7   </w:t>
      </w:r>
      <w:r>
        <w:rPr>
          <w:b w:val="0"/>
          <w:i w:val="0"/>
          <w:sz w:val="21"/>
        </w:rPr>
        <w:t>Troubleshooting</w:t>
      </w:r>
      <w:r>
        <w:rPr>
          <w:b w:val="0"/>
          <w:i w:val="0"/>
          <w:color w:val="5A6270"/>
          <w:sz w:val="21"/>
        </w:rPr>
        <w:tab/>
        <w:t>8</w:t>
      </w:r>
    </w:p>
    <w:p>
      <w:pPr>
        <w:tabs>
          <w:tab w:pos="10080" w:val="right" w:leader="dot"/>
        </w:tabs>
        <w:spacing w:before="0" w:after="80"/>
      </w:pPr>
      <w:r>
        <w:rPr>
          <w:b/>
          <w:i w:val="0"/>
          <w:color w:val="1E5BD6"/>
          <w:sz w:val="21"/>
        </w:rPr>
        <w:t xml:space="preserve">8   </w:t>
      </w:r>
      <w:r>
        <w:rPr>
          <w:b w:val="0"/>
          <w:i w:val="0"/>
          <w:sz w:val="21"/>
        </w:rPr>
        <w:t>Specifications</w:t>
      </w:r>
      <w:r>
        <w:rPr>
          <w:b w:val="0"/>
          <w:i w:val="0"/>
          <w:color w:val="5A6270"/>
          <w:sz w:val="21"/>
        </w:rPr>
        <w:tab/>
        <w:t>9</w:t>
      </w:r>
    </w:p>
    <w:p>
      <w:pPr>
        <w:tabs>
          <w:tab w:pos="10080" w:val="right" w:leader="dot"/>
        </w:tabs>
        <w:spacing w:before="0" w:after="80"/>
      </w:pPr>
      <w:r>
        <w:rPr>
          <w:b/>
          <w:i w:val="0"/>
          <w:color w:val="1E5BD6"/>
          <w:sz w:val="21"/>
        </w:rPr>
        <w:t xml:space="preserve">9   </w:t>
      </w:r>
      <w:r>
        <w:rPr>
          <w:b w:val="0"/>
          <w:i w:val="0"/>
          <w:sz w:val="21"/>
        </w:rPr>
        <w:t>Warranty &amp; Support</w:t>
      </w:r>
      <w:r>
        <w:rPr>
          <w:b w:val="0"/>
          <w:i w:val="0"/>
          <w:color w:val="5A6270"/>
          <w:sz w:val="21"/>
        </w:rPr>
        <w:tab/>
        <w:t>10</w:t>
      </w:r>
    </w:p>
    <w:p>
      <w:pPr>
        <w:spacing w:before="120" w:after="60"/>
      </w:pPr>
      <w:r>
        <w:rPr>
          <w:b w:val="0"/>
          <w:i/>
          <w:color w:val="5A6270"/>
          <w:sz w:val="17"/>
        </w:rPr>
        <w:t>Tip: headings in this document use bold section titles – replace this list with an automatic table of contents (References › Table of Contents) once your content is final.</w:t>
      </w:r>
    </w:p>
    <w:p>
      <w:pPr>
        <w:spacing w:before="0" w:after="0" w:line="20" w:lineRule="exact"/>
      </w:pPr>
      <w:r>
        <w:rPr>
          <w:sz w:val="2"/>
        </w:rPr>
        <w:br w:type="page"/>
      </w:r>
    </w:p>
    <w:p>
      <w:pPr>
        <w:spacing w:before="200" w:after="80"/>
        <w:keepNext/>
        <w:pBdr>
          <w:bottom w:val="single" w:sz="8" w:space="3" w:color="F7B733"/>
        </w:pBdr>
      </w:pPr>
      <w:r>
        <w:rPr>
          <w:b/>
          <w:i w:val="0"/>
          <w:color w:val="F7B733"/>
          <w:sz w:val="32"/>
        </w:rPr>
        <w:t xml:space="preserve">1  </w:t>
      </w:r>
      <w:r>
        <w:rPr>
          <w:b/>
          <w:i w:val="0"/>
          <w:color w:val="0B2A6B"/>
          <w:sz w:val="32"/>
        </w:rPr>
        <w:t>Safety Information</w:t>
      </w:r>
    </w:p>
    <w:p>
      <w:pPr>
        <w:spacing w:before="0" w:after="120"/>
        <w:jc w:val="both"/>
      </w:pPr>
      <w:r>
        <w:rPr>
          <w:b w:val="0"/>
          <w:i w:val="0"/>
          <w:color w:val="333333"/>
          <w:sz w:val="21"/>
        </w:rPr>
        <w:t>Read all instructions before using the product and keep this manual for future reference.</w:t>
      </w:r>
    </w:p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60" w:type="dxa"/>
          <w:left w:w="120" w:type="dxa"/>
          <w:bottom w:w="60" w:type="dxa"/>
          <w:right w:w="120" w:type="dxa"/>
        </w:tblCellMar>
        <w:tblInd w:w="120" w:type="dxa"/>
        <w:tblLayout w:type="fixed"/>
      </w:tblPr>
      <w:tblGrid>
        <w:gridCol w:w="10080"/>
      </w:tblGrid>
      <w:tr>
        <w:tc>
          <w:tcPr>
            <w:tcW w:type="dxa" w:w="10080"/>
            <w:shd w:val="clear" w:color="auto" w:fill="FDE2E1"/>
            <w:tcBorders>
              <w:top w:val="nil"/>
              <w:left w:val="single" w:sz="24" w:color="B42318"/>
              <w:bottom w:val="nil"/>
              <w:right w:val="nil"/>
            </w:tcBorders>
          </w:tcPr>
          <w:p>
            <w:pPr>
              <w:spacing w:before="0" w:after="0"/>
            </w:pPr>
            <w:r>
              <w:rPr>
                <w:b/>
                <w:i w:val="0"/>
                <w:color w:val="0B2A6B"/>
                <w:sz w:val="17"/>
              </w:rPr>
              <w:t xml:space="preserve">⚠ WARNING: </w:t>
            </w:r>
            <w:r>
              <w:rPr>
                <w:b w:val="0"/>
                <w:i/>
                <w:color w:val="333333"/>
                <w:sz w:val="17"/>
              </w:rPr>
              <w:t>[Describe hazards: electrical, heat, moving parts, battery, choking hazard, etc. Follow the safety standards that apply in your market.]</w:t>
            </w:r>
          </w:p>
        </w:tc>
      </w:tr>
    </w:tbl>
    <w:p>
      <w:pPr>
        <w:spacing w:before="0" w:after="0" w:line="80" w:lineRule="exact"/>
      </w:pPr>
      <w:r>
        <w:rPr>
          <w:b w:val="0"/>
          <w:i w:val="0"/>
          <w:sz w:val="2"/>
        </w:rPr>
      </w:r>
    </w:p>
    <w:p>
      <w:pPr>
        <w:spacing w:before="200" w:after="80"/>
        <w:keepNext/>
        <w:pBdr>
          <w:bottom w:val="single" w:sz="8" w:space="3" w:color="F7B733"/>
        </w:pBdr>
      </w:pPr>
      <w:r>
        <w:rPr>
          <w:b/>
          <w:i w:val="0"/>
          <w:color w:val="F7B733"/>
          <w:sz w:val="32"/>
        </w:rPr>
        <w:t xml:space="preserve">2  </w:t>
      </w:r>
      <w:r>
        <w:rPr>
          <w:b/>
          <w:i w:val="0"/>
          <w:color w:val="0B2A6B"/>
          <w:sz w:val="32"/>
        </w:rPr>
        <w:t>What’s in the Box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8C4D9"/>
          <w:left w:val="single" w:sz="4" w:color="B8C4D9"/>
          <w:bottom w:val="single" w:sz="4" w:color="B8C4D9"/>
          <w:right w:val="single" w:sz="4" w:color="B8C4D9"/>
          <w:insideH w:val="single" w:sz="4" w:color="B8C4D9"/>
          <w:insideV w:val="single" w:sz="4" w:color="B8C4D9"/>
        </w:tblBorders>
        <w:tblCellMar>
          <w:top w:w="30" w:type="dxa"/>
          <w:left w:w="70" w:type="dxa"/>
          <w:bottom w:w="30" w:type="dxa"/>
          <w:right w:w="70" w:type="dxa"/>
        </w:tblCellMar>
        <w:tblInd w:w="70" w:type="dxa"/>
        <w:tblLayout w:type="fixed"/>
      </w:tblPr>
      <w:tblGrid>
        <w:gridCol w:w="864"/>
        <w:gridCol w:w="4176"/>
        <w:gridCol w:w="864"/>
        <w:gridCol w:w="4176"/>
      </w:tblGrid>
      <w:tr>
        <w:trPr>
          <w:trHeight w:val="389" w:hRule="atLeast"/>
        </w:trPr>
        <w:tc>
          <w:tcPr>
            <w:tcW w:type="dxa" w:w="864"/>
            <w:shd w:val="clear" w:color="auto" w:fill="1E5BD6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i w:val="0"/>
                <w:color w:val="FFFFFF"/>
                <w:sz w:val="18"/>
              </w:rPr>
              <w:t>Qty</w:t>
            </w:r>
          </w:p>
        </w:tc>
        <w:tc>
          <w:tcPr>
            <w:tcW w:type="dxa" w:w="4176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Item</w:t>
            </w:r>
          </w:p>
        </w:tc>
        <w:tc>
          <w:tcPr>
            <w:tcW w:type="dxa" w:w="864"/>
            <w:shd w:val="clear" w:color="auto" w:fill="1E5BD6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i w:val="0"/>
                <w:color w:val="FFFFFF"/>
                <w:sz w:val="18"/>
              </w:rPr>
              <w:t>Qty</w:t>
            </w:r>
          </w:p>
        </w:tc>
        <w:tc>
          <w:tcPr>
            <w:tcW w:type="dxa" w:w="4176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Item</w:t>
            </w:r>
          </w:p>
        </w:tc>
      </w:tr>
      <w:tr>
        <w:trPr>
          <w:trHeight w:val="389" w:hRule="atLeast"/>
        </w:trPr>
        <w:tc>
          <w:tcPr>
            <w:tcW w:type="dxa" w:w="864"/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i w:val="0"/>
                <w:color w:val="333333"/>
                <w:sz w:val="18"/>
              </w:rPr>
              <w:t>1</w:t>
            </w:r>
          </w:p>
        </w:tc>
        <w:tc>
          <w:tcPr>
            <w:tcW w:type="dxa" w:w="4176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[Main unit]</w:t>
            </w:r>
          </w:p>
        </w:tc>
        <w:tc>
          <w:tcPr>
            <w:tcW w:type="dxa" w:w="864"/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i w:val="0"/>
                <w:color w:val="333333"/>
                <w:sz w:val="18"/>
              </w:rPr>
              <w:t>1</w:t>
            </w:r>
          </w:p>
        </w:tc>
        <w:tc>
          <w:tcPr>
            <w:tcW w:type="dxa" w:w="4176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[Power adapter]</w:t>
            </w:r>
          </w:p>
        </w:tc>
      </w:tr>
      <w:tr>
        <w:trPr>
          <w:trHeight w:val="389" w:hRule="atLeast"/>
        </w:trPr>
        <w:tc>
          <w:tcPr>
            <w:tcW w:type="dxa" w:w="864"/>
            <w:vAlign w:val="center"/>
            <w:shd w:val="clear" w:color="auto" w:fill="F4F7FD"/>
          </w:tcPr>
          <w:p>
            <w:pPr>
              <w:spacing w:before="0" w:after="0"/>
              <w:jc w:val="center"/>
            </w:pPr>
            <w:r>
              <w:rPr>
                <w:b w:val="0"/>
                <w:i w:val="0"/>
                <w:color w:val="333333"/>
                <w:sz w:val="18"/>
              </w:rPr>
              <w:t>1</w:t>
            </w:r>
          </w:p>
        </w:tc>
        <w:tc>
          <w:tcPr>
            <w:tcW w:type="dxa" w:w="4176"/>
            <w:vAlign w:val="center"/>
            <w:shd w:val="clear" w:color="auto" w:fill="F4F7FD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[Cable]</w:t>
            </w:r>
          </w:p>
        </w:tc>
        <w:tc>
          <w:tcPr>
            <w:tcW w:type="dxa" w:w="864"/>
            <w:vAlign w:val="center"/>
            <w:shd w:val="clear" w:color="auto" w:fill="F4F7FD"/>
          </w:tcPr>
          <w:p>
            <w:pPr>
              <w:spacing w:before="0" w:after="0"/>
              <w:jc w:val="center"/>
            </w:pPr>
            <w:r>
              <w:rPr>
                <w:b w:val="0"/>
                <w:i w:val="0"/>
                <w:color w:val="333333"/>
                <w:sz w:val="18"/>
              </w:rPr>
              <w:t>1</w:t>
            </w:r>
          </w:p>
        </w:tc>
        <w:tc>
          <w:tcPr>
            <w:tcW w:type="dxa" w:w="4176"/>
            <w:vAlign w:val="center"/>
            <w:shd w:val="clear" w:color="auto" w:fill="F4F7FD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[Quick start guide]</w:t>
            </w:r>
          </w:p>
        </w:tc>
      </w:tr>
      <w:tr>
        <w:trPr>
          <w:trHeight w:val="389" w:hRule="atLeast"/>
        </w:trPr>
        <w:tc>
          <w:tcPr>
            <w:tcW w:type="dxa" w:w="864"/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i w:val="0"/>
                <w:color w:val="333333"/>
                <w:sz w:val="18"/>
              </w:rPr>
              <w:t>2</w:t>
            </w:r>
          </w:p>
        </w:tc>
        <w:tc>
          <w:tcPr>
            <w:tcW w:type="dxa" w:w="4176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[Accessory]</w:t>
            </w:r>
          </w:p>
        </w:tc>
        <w:tc>
          <w:tcPr>
            <w:tcW w:type="dxa" w:w="864"/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i w:val="0"/>
                <w:color w:val="333333"/>
                <w:sz w:val="18"/>
              </w:rPr>
              <w:t>1</w:t>
            </w:r>
          </w:p>
        </w:tc>
        <w:tc>
          <w:tcPr>
            <w:tcW w:type="dxa" w:w="4176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[Warranty card]</w:t>
            </w:r>
          </w:p>
        </w:tc>
      </w:tr>
    </w:tbl>
    <w:p>
      <w:pPr>
        <w:spacing w:before="0" w:after="0" w:line="100" w:lineRule="exact"/>
      </w:pPr>
      <w:r>
        <w:rPr>
          <w:b w:val="0"/>
          <w:i w:val="0"/>
          <w:sz w:val="2"/>
        </w:rPr>
      </w:r>
    </w:p>
    <w:p>
      <w:pPr>
        <w:spacing w:before="200" w:after="80"/>
        <w:keepNext/>
        <w:pBdr>
          <w:bottom w:val="single" w:sz="8" w:space="3" w:color="F7B733"/>
        </w:pBdr>
      </w:pPr>
      <w:r>
        <w:rPr>
          <w:b/>
          <w:i w:val="0"/>
          <w:color w:val="F7B733"/>
          <w:sz w:val="32"/>
        </w:rPr>
        <w:t xml:space="preserve">3  </w:t>
      </w:r>
      <w:r>
        <w:rPr>
          <w:b/>
          <w:i w:val="0"/>
          <w:color w:val="0B2A6B"/>
          <w:sz w:val="32"/>
        </w:rPr>
        <w:t>Product Overview</w:t>
      </w:r>
    </w:p>
    <w:p>
      <w:pPr>
        <w:spacing w:before="0" w:after="120"/>
        <w:jc w:val="both"/>
      </w:pPr>
      <w:r>
        <w:rPr>
          <w:b w:val="0"/>
          <w:i w:val="0"/>
          <w:color w:val="333333"/>
          <w:sz w:val="21"/>
        </w:rPr>
        <w:t>[Insert a labelled diagram or photo of the product and describe each part.]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8C4D9"/>
          <w:left w:val="single" w:sz="4" w:color="B8C4D9"/>
          <w:bottom w:val="single" w:sz="4" w:color="B8C4D9"/>
          <w:right w:val="single" w:sz="4" w:color="B8C4D9"/>
          <w:insideH w:val="single" w:sz="4" w:color="B8C4D9"/>
          <w:insideV w:val="single" w:sz="4" w:color="B8C4D9"/>
        </w:tblBorders>
        <w:tblCellMar>
          <w:top w:w="30" w:type="dxa"/>
          <w:left w:w="70" w:type="dxa"/>
          <w:bottom w:w="30" w:type="dxa"/>
          <w:right w:w="70" w:type="dxa"/>
        </w:tblCellMar>
        <w:tblInd w:w="70" w:type="dxa"/>
        <w:tblLayout w:type="fixed"/>
      </w:tblPr>
      <w:tblGrid>
        <w:gridCol w:w="576"/>
        <w:gridCol w:w="3168"/>
        <w:gridCol w:w="6336"/>
      </w:tblGrid>
      <w:tr>
        <w:trPr>
          <w:trHeight w:val="389" w:hRule="atLeast"/>
        </w:trPr>
        <w:tc>
          <w:tcPr>
            <w:tcW w:type="dxa" w:w="576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#</w:t>
            </w:r>
          </w:p>
        </w:tc>
        <w:tc>
          <w:tcPr>
            <w:tcW w:type="dxa" w:w="3168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Part / Button</w:t>
            </w:r>
          </w:p>
        </w:tc>
        <w:tc>
          <w:tcPr>
            <w:tcW w:type="dxa" w:w="6336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Function</w:t>
            </w:r>
          </w:p>
        </w:tc>
      </w:tr>
      <w:tr>
        <w:trPr>
          <w:trHeight w:val="389" w:hRule="atLeast"/>
        </w:trPr>
        <w:tc>
          <w:tcPr>
            <w:tcW w:type="dxa" w:w="576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1</w:t>
            </w:r>
          </w:p>
        </w:tc>
        <w:tc>
          <w:tcPr>
            <w:tcW w:type="dxa" w:w="3168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[Power button]</w:t>
            </w:r>
          </w:p>
        </w:tc>
        <w:tc>
          <w:tcPr>
            <w:tcW w:type="dxa" w:w="6336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[Press and hold for 3 seconds to turn on/off]</w:t>
            </w:r>
          </w:p>
        </w:tc>
      </w:tr>
      <w:tr>
        <w:trPr>
          <w:trHeight w:val="389" w:hRule="atLeast"/>
        </w:trPr>
        <w:tc>
          <w:tcPr>
            <w:tcW w:type="dxa" w:w="576"/>
            <w:vAlign w:val="center"/>
            <w:shd w:val="clear" w:color="auto" w:fill="F4F7FD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2</w:t>
            </w:r>
          </w:p>
        </w:tc>
        <w:tc>
          <w:tcPr>
            <w:tcW w:type="dxa" w:w="3168"/>
            <w:vAlign w:val="center"/>
            <w:shd w:val="clear" w:color="auto" w:fill="F4F7FD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[Indicator light]</w:t>
            </w:r>
          </w:p>
        </w:tc>
        <w:tc>
          <w:tcPr>
            <w:tcW w:type="dxa" w:w="6336"/>
            <w:vAlign w:val="center"/>
            <w:shd w:val="clear" w:color="auto" w:fill="F4F7FD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[Shows power and charging status]</w:t>
            </w:r>
          </w:p>
        </w:tc>
      </w:tr>
      <w:tr>
        <w:trPr>
          <w:trHeight w:val="389" w:hRule="atLeast"/>
        </w:trPr>
        <w:tc>
          <w:tcPr>
            <w:tcW w:type="dxa" w:w="576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3</w:t>
            </w:r>
          </w:p>
        </w:tc>
        <w:tc>
          <w:tcPr>
            <w:tcW w:type="dxa" w:w="3168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[Port]</w:t>
            </w:r>
          </w:p>
        </w:tc>
        <w:tc>
          <w:tcPr>
            <w:tcW w:type="dxa" w:w="6336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[Connects the charging cable]</w:t>
            </w:r>
          </w:p>
        </w:tc>
      </w:tr>
      <w:tr>
        <w:trPr>
          <w:trHeight w:val="389" w:hRule="atLeast"/>
        </w:trPr>
        <w:tc>
          <w:tcPr>
            <w:tcW w:type="dxa" w:w="576"/>
            <w:vAlign w:val="center"/>
            <w:shd w:val="clear" w:color="auto" w:fill="F4F7FD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4</w:t>
            </w:r>
          </w:p>
        </w:tc>
        <w:tc>
          <w:tcPr>
            <w:tcW w:type="dxa" w:w="3168"/>
            <w:vAlign w:val="center"/>
            <w:shd w:val="clear" w:color="auto" w:fill="F4F7FD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[Part]</w:t>
            </w:r>
          </w:p>
        </w:tc>
        <w:tc>
          <w:tcPr>
            <w:tcW w:type="dxa" w:w="6336"/>
            <w:vAlign w:val="center"/>
            <w:shd w:val="clear" w:color="auto" w:fill="F4F7FD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[Function]</w:t>
            </w:r>
          </w:p>
        </w:tc>
      </w:tr>
    </w:tbl>
    <w:p>
      <w:pPr>
        <w:spacing w:before="0" w:after="0" w:line="100" w:lineRule="exact"/>
      </w:pPr>
      <w:r>
        <w:rPr>
          <w:b w:val="0"/>
          <w:i w:val="0"/>
          <w:sz w:val="2"/>
        </w:rPr>
      </w:r>
    </w:p>
    <w:p>
      <w:pPr>
        <w:spacing w:before="200" w:after="80"/>
        <w:keepNext/>
        <w:pBdr>
          <w:bottom w:val="single" w:sz="8" w:space="3" w:color="F7B733"/>
        </w:pBdr>
      </w:pPr>
      <w:r>
        <w:rPr>
          <w:b/>
          <w:i w:val="0"/>
          <w:color w:val="F7B733"/>
          <w:sz w:val="32"/>
        </w:rPr>
        <w:t xml:space="preserve">4  </w:t>
      </w:r>
      <w:r>
        <w:rPr>
          <w:b/>
          <w:i w:val="0"/>
          <w:color w:val="0B2A6B"/>
          <w:sz w:val="32"/>
        </w:rPr>
        <w:t>Getting Started</w:t>
      </w:r>
    </w:p>
    <w:p>
      <w:pPr>
        <w:spacing w:before="0" w:after="40"/>
        <w:ind w:left="360" w:hanging="259"/>
      </w:pPr>
      <w:r>
        <w:rPr>
          <w:b w:val="0"/>
          <w:i w:val="0"/>
          <w:color w:val="F7B733"/>
          <w:sz w:val="15"/>
        </w:rPr>
        <w:t xml:space="preserve">■  </w:t>
      </w:r>
      <w:r>
        <w:rPr>
          <w:b w:val="0"/>
          <w:i w:val="0"/>
          <w:sz w:val="21"/>
        </w:rPr>
        <w:t>Step 1 – [Unpack and remove protective film]</w:t>
      </w:r>
    </w:p>
    <w:p>
      <w:pPr>
        <w:spacing w:before="0" w:after="40"/>
        <w:ind w:left="360" w:hanging="259"/>
      </w:pPr>
      <w:r>
        <w:rPr>
          <w:b w:val="0"/>
          <w:i w:val="0"/>
          <w:color w:val="F7B733"/>
          <w:sz w:val="15"/>
        </w:rPr>
        <w:t xml:space="preserve">■  </w:t>
      </w:r>
      <w:r>
        <w:rPr>
          <w:b w:val="0"/>
          <w:i w:val="0"/>
          <w:sz w:val="21"/>
        </w:rPr>
        <w:t>Step 2 – [Charge or connect to power]</w:t>
      </w:r>
    </w:p>
    <w:p>
      <w:pPr>
        <w:spacing w:before="0" w:after="40"/>
        <w:ind w:left="360" w:hanging="259"/>
      </w:pPr>
      <w:r>
        <w:rPr>
          <w:b w:val="0"/>
          <w:i w:val="0"/>
          <w:color w:val="F7B733"/>
          <w:sz w:val="15"/>
        </w:rPr>
        <w:t xml:space="preserve">■  </w:t>
      </w:r>
      <w:r>
        <w:rPr>
          <w:b w:val="0"/>
          <w:i w:val="0"/>
          <w:sz w:val="21"/>
        </w:rPr>
        <w:t>Step 3 – [Turn on and complete setup]</w:t>
      </w:r>
    </w:p>
    <w:p>
      <w:pPr>
        <w:spacing w:before="200" w:after="80"/>
        <w:keepNext/>
        <w:pBdr>
          <w:bottom w:val="single" w:sz="8" w:space="3" w:color="F7B733"/>
        </w:pBdr>
      </w:pPr>
      <w:r>
        <w:rPr>
          <w:b/>
          <w:i w:val="0"/>
          <w:color w:val="F7B733"/>
          <w:sz w:val="32"/>
        </w:rPr>
        <w:t xml:space="preserve">7  </w:t>
      </w:r>
      <w:r>
        <w:rPr>
          <w:b/>
          <w:i w:val="0"/>
          <w:color w:val="0B2A6B"/>
          <w:sz w:val="32"/>
        </w:rPr>
        <w:t>Troubleshooting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8C4D9"/>
          <w:left w:val="single" w:sz="4" w:color="B8C4D9"/>
          <w:bottom w:val="single" w:sz="4" w:color="B8C4D9"/>
          <w:right w:val="single" w:sz="4" w:color="B8C4D9"/>
          <w:insideH w:val="single" w:sz="4" w:color="B8C4D9"/>
          <w:insideV w:val="single" w:sz="4" w:color="B8C4D9"/>
        </w:tblBorders>
        <w:tblCellMar>
          <w:top w:w="30" w:type="dxa"/>
          <w:left w:w="70" w:type="dxa"/>
          <w:bottom w:w="30" w:type="dxa"/>
          <w:right w:w="70" w:type="dxa"/>
        </w:tblCellMar>
        <w:tblInd w:w="70" w:type="dxa"/>
        <w:tblLayout w:type="fixed"/>
      </w:tblPr>
      <w:tblGrid>
        <w:gridCol w:w="2880"/>
        <w:gridCol w:w="3168"/>
        <w:gridCol w:w="4031"/>
      </w:tblGrid>
      <w:tr>
        <w:trPr>
          <w:trHeight w:val="389" w:hRule="atLeast"/>
        </w:trPr>
        <w:tc>
          <w:tcPr>
            <w:tcW w:type="dxa" w:w="2880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Problem</w:t>
            </w:r>
          </w:p>
        </w:tc>
        <w:tc>
          <w:tcPr>
            <w:tcW w:type="dxa" w:w="3168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Possible Cause</w:t>
            </w:r>
          </w:p>
        </w:tc>
        <w:tc>
          <w:tcPr>
            <w:tcW w:type="dxa" w:w="4032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Solution</w:t>
            </w:r>
          </w:p>
        </w:tc>
      </w:tr>
      <w:tr>
        <w:trPr>
          <w:trHeight w:val="389" w:hRule="atLeast"/>
        </w:trPr>
        <w:tc>
          <w:tcPr>
            <w:tcW w:type="dxa" w:w="2880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[Device won’t turn on]</w:t>
            </w:r>
          </w:p>
        </w:tc>
        <w:tc>
          <w:tcPr>
            <w:tcW w:type="dxa" w:w="3168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[Battery empty]</w:t>
            </w:r>
          </w:p>
        </w:tc>
        <w:tc>
          <w:tcPr>
            <w:tcW w:type="dxa" w:w="4032"/>
            <w:vAlign w:val="center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[Charge for at least 30 minutes]</w:t>
            </w:r>
          </w:p>
        </w:tc>
      </w:tr>
      <w:tr>
        <w:trPr>
          <w:trHeight w:val="389" w:hRule="atLeast"/>
        </w:trPr>
        <w:tc>
          <w:tcPr>
            <w:tcW w:type="dxa" w:w="2880"/>
            <w:vAlign w:val="center"/>
            <w:shd w:val="clear" w:color="auto" w:fill="F4F7FD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[Problem]</w:t>
            </w:r>
          </w:p>
        </w:tc>
        <w:tc>
          <w:tcPr>
            <w:tcW w:type="dxa" w:w="3168"/>
            <w:vAlign w:val="center"/>
            <w:shd w:val="clear" w:color="auto" w:fill="F4F7FD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[Cause]</w:t>
            </w:r>
          </w:p>
        </w:tc>
        <w:tc>
          <w:tcPr>
            <w:tcW w:type="dxa" w:w="4032"/>
            <w:vAlign w:val="center"/>
            <w:shd w:val="clear" w:color="auto" w:fill="F4F7FD"/>
          </w:tcPr>
          <w:p>
            <w:pPr>
              <w:spacing w:before="0" w:after="0"/>
            </w:pPr>
            <w:r>
              <w:rPr>
                <w:b w:val="0"/>
                <w:i w:val="0"/>
                <w:color w:val="333333"/>
                <w:sz w:val="18"/>
              </w:rPr>
              <w:t>[Solution]</w:t>
            </w:r>
          </w:p>
        </w:tc>
      </w:tr>
      <w:tr>
        <w:trPr>
          <w:trHeight w:val="389" w:hRule="atLeast"/>
        </w:trPr>
        <w:tc>
          <w:tcPr>
            <w:tcW w:type="dxa" w:w="2880"/>
            <w:vAlign w:val="center"/>
          </w:tcPr>
          <w:p>
            <w:pPr>
              <w:spacing w:before="0" w:after="0"/>
            </w:pPr>
          </w:p>
        </w:tc>
        <w:tc>
          <w:tcPr>
            <w:tcW w:type="dxa" w:w="3168"/>
            <w:vAlign w:val="center"/>
          </w:tcPr>
          <w:p>
            <w:pPr>
              <w:spacing w:before="0" w:after="0"/>
            </w:pPr>
          </w:p>
        </w:tc>
        <w:tc>
          <w:tcPr>
            <w:tcW w:type="dxa" w:w="4032"/>
            <w:vAlign w:val="center"/>
          </w:tcPr>
          <w:p>
            <w:pPr>
              <w:spacing w:before="0" w:after="0"/>
            </w:pPr>
          </w:p>
        </w:tc>
      </w:tr>
      <w:tr>
        <w:trPr>
          <w:trHeight w:val="389" w:hRule="atLeast"/>
        </w:trPr>
        <w:tc>
          <w:tcPr>
            <w:tcW w:type="dxa" w:w="2880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3168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4032"/>
            <w:vAlign w:val="center"/>
            <w:shd w:val="clear" w:color="auto" w:fill="F4F7FD"/>
          </w:tcPr>
          <w:p>
            <w:pPr>
              <w:spacing w:before="0" w:after="0"/>
            </w:pPr>
          </w:p>
        </w:tc>
      </w:tr>
    </w:tbl>
    <w:p>
      <w:pPr>
        <w:spacing w:before="0" w:after="0" w:line="100" w:lineRule="exact"/>
      </w:pPr>
      <w:r>
        <w:rPr>
          <w:b w:val="0"/>
          <w:i w:val="0"/>
          <w:sz w:val="2"/>
        </w:rPr>
      </w:r>
    </w:p>
    <w:p>
      <w:pPr>
        <w:spacing w:before="200" w:after="80"/>
        <w:keepNext/>
        <w:pBdr>
          <w:bottom w:val="single" w:sz="8" w:space="3" w:color="F7B733"/>
        </w:pBdr>
      </w:pPr>
      <w:r>
        <w:rPr>
          <w:b/>
          <w:i w:val="0"/>
          <w:color w:val="F7B733"/>
          <w:sz w:val="32"/>
        </w:rPr>
        <w:t xml:space="preserve">9  </w:t>
      </w:r>
      <w:r>
        <w:rPr>
          <w:b/>
          <w:i w:val="0"/>
          <w:color w:val="0B2A6B"/>
          <w:sz w:val="32"/>
        </w:rPr>
        <w:t>Warranty &amp; Support</w:t>
      </w:r>
    </w:p>
    <w:p>
      <w:pPr>
        <w:spacing w:before="0" w:after="120"/>
        <w:jc w:val="both"/>
      </w:pPr>
      <w:r>
        <w:rPr>
          <w:b w:val="0"/>
          <w:i w:val="0"/>
          <w:color w:val="333333"/>
          <w:sz w:val="21"/>
        </w:rPr>
        <w:t>[State warranty period and coverage, how to make a claim and how to contact support.]</w:t>
      </w:r>
    </w:p>
    <w:sectPr w:rsidR="00FC693F" w:rsidRPr="0006063C" w:rsidSect="00034616">
      <w:footerReference w:type="default" r:id="rId9"/>
      <w:pgSz w:w="12240" w:h="15840"/>
      <w:pgMar w:top="864" w:right="1080" w:bottom="864" w:left="1080" w:header="360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  <w:jc w:val="center"/>
    </w:pPr>
    <w:r/>
    <w:r>
      <w:rPr>
        <w:b w:val="0"/>
        <w:i w:val="0"/>
        <w:color w:val="8A93A3"/>
        <w:sz w:val="16"/>
      </w:rPr>
      <w:t xml:space="preserve">wordstemplates.com   |   Page </w:t>
    </w:r>
    <w:r>
      <w:rPr>
        <w:color w:val="8A93A3"/>
        <w:sz w:val="16"/>
      </w:rPr>
      <w:fldChar w:fldCharType="begin"/>
    </w:r>
    <w:r>
      <w:rPr>
        <w:color w:val="8A93A3"/>
        <w:sz w:val="16"/>
      </w:rPr>
      <w:instrText xml:space="preserve">PAGE</w:instrText>
    </w:r>
    <w:r>
      <w:rPr>
        <w:color w:val="8A93A3"/>
        <w:sz w:val="16"/>
      </w:rPr>
      <w:fldChar w:fldCharType="separate"/>
    </w:r>
    <w:r>
      <w:rPr>
        <w:color w:val="8A93A3"/>
        <w:sz w:val="16"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before="0"/>
    </w:pPr>
    <w:rPr>
      <w:rFonts w:ascii="Calibri" w:hAnsi="Calibri" w:eastAsia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