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90" w:type="dxa"/>
          <w:left w:w="160" w:type="dxa"/>
          <w:bottom w:w="90" w:type="dxa"/>
          <w:right w:w="160" w:type="dxa"/>
        </w:tblCellMar>
        <w:tblInd w:w="160" w:type="dxa"/>
        <w:tblLayout w:type="fixed"/>
      </w:tblPr>
      <w:tblGrid>
        <w:gridCol w:w="10367"/>
      </w:tblGrid>
      <w:tr>
        <w:tc>
          <w:tcPr>
            <w:tcW w:type="dxa" w:w="10368"/>
            <w:shd w:val="clear" w:color="auto" w:fill="1E5BD6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44"/>
              </w:rPr>
              <w:t>DAILY FOOD JOURNAL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DCE6FA"/>
                <w:sz w:val="20"/>
              </w:rPr>
              <w:t>Track what you eat, how much, and how you feel</w:t>
            </w:r>
          </w:p>
        </w:tc>
      </w:tr>
      <w:tr>
        <w:trPr>
          <w:trHeight w:val="130" w:hRule="exact"/>
        </w:trPr>
        <w:tc>
          <w:tcPr>
            <w:tcW w:type="dxa" w:w="10368"/>
            <w:shd w:val="clear" w:color="auto" w:fill="0B2A6B"/>
          </w:tcPr>
          <w:p>
            <w:pPr>
              <w:spacing w:before="0" w:after="0" w:line="20" w:lineRule="exact"/>
            </w:pPr>
          </w:p>
        </w:tc>
      </w:tr>
    </w:tbl>
    <w:p>
      <w:pPr>
        <w:spacing w:before="0" w:after="120" w:line="40" w:lineRule="exact"/>
        <w:pBdr>
          <w:top w:val="single" w:sz="18" w:space="0" w:color="F7B733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30" w:type="dxa"/>
          <w:left w:w="60" w:type="dxa"/>
          <w:bottom w:w="20" w:type="dxa"/>
          <w:right w:w="60" w:type="dxa"/>
        </w:tblCellMar>
        <w:tblInd w:w="60" w:type="dxa"/>
        <w:tblLayout w:type="fixed"/>
      </w:tblPr>
      <w:tblGrid>
        <w:gridCol w:w="1655"/>
        <w:gridCol w:w="1800"/>
        <w:gridCol w:w="1655"/>
        <w:gridCol w:w="1800"/>
        <w:gridCol w:w="1655"/>
        <w:gridCol w:w="1800"/>
      </w:tblGrid>
      <w:tr>
        <w:trPr>
          <w:trHeight w:val="403" w:hRule="atLeast"/>
        </w:trPr>
        <w:tc>
          <w:tcPr>
            <w:tcW w:type="dxa" w:w="1656"/>
            <w:vAlign w:val="bottom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Date</w:t>
            </w:r>
          </w:p>
        </w:tc>
        <w:tc>
          <w:tcPr>
            <w:tcW w:type="dxa" w:w="1800"/>
            <w:tcBorders>
              <w:top w:val="nil"/>
              <w:left w:val="nil"/>
              <w:bottom w:val="single" w:sz="6" w:color="9AA5B8"/>
              <w:right w:val="nil"/>
            </w:tcBorders>
            <w:vAlign w:val="bottom"/>
          </w:tcPr>
          <w:p>
            <w:pPr>
              <w:spacing w:before="0" w:after="0"/>
            </w:pPr>
          </w:p>
        </w:tc>
        <w:tc>
          <w:tcPr>
            <w:tcW w:type="dxa" w:w="1656"/>
            <w:vAlign w:val="bottom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Day</w:t>
            </w:r>
          </w:p>
        </w:tc>
        <w:tc>
          <w:tcPr>
            <w:tcW w:type="dxa" w:w="1800"/>
            <w:tcBorders>
              <w:top w:val="nil"/>
              <w:left w:val="nil"/>
              <w:bottom w:val="single" w:sz="6" w:color="9AA5B8"/>
              <w:right w:val="nil"/>
            </w:tcBorders>
            <w:vAlign w:val="bottom"/>
          </w:tcPr>
          <w:p>
            <w:pPr>
              <w:spacing w:before="0" w:after="0"/>
            </w:pPr>
          </w:p>
        </w:tc>
        <w:tc>
          <w:tcPr>
            <w:tcW w:type="dxa" w:w="1656"/>
            <w:vAlign w:val="bottom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Weight (optional)</w:t>
            </w:r>
          </w:p>
        </w:tc>
        <w:tc>
          <w:tcPr>
            <w:tcW w:type="dxa" w:w="1800"/>
            <w:tcBorders>
              <w:top w:val="nil"/>
              <w:left w:val="nil"/>
              <w:bottom w:val="single" w:sz="6" w:color="9AA5B8"/>
              <w:right w:val="nil"/>
            </w:tcBorders>
            <w:vAlign w:val="bottom"/>
          </w:tcPr>
          <w:p>
            <w:pPr>
              <w:spacing w:before="0" w:after="0"/>
            </w:pPr>
          </w:p>
        </w:tc>
      </w:tr>
      <w:tr>
        <w:trPr>
          <w:trHeight w:val="403" w:hRule="atLeast"/>
        </w:trPr>
        <w:tc>
          <w:tcPr>
            <w:tcW w:type="dxa" w:w="1656"/>
            <w:vAlign w:val="bottom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Calorie Goal</w:t>
            </w:r>
          </w:p>
        </w:tc>
        <w:tc>
          <w:tcPr>
            <w:tcW w:type="dxa" w:w="1800"/>
            <w:tcBorders>
              <w:top w:val="nil"/>
              <w:left w:val="nil"/>
              <w:bottom w:val="single" w:sz="6" w:color="9AA5B8"/>
              <w:right w:val="nil"/>
            </w:tcBorders>
            <w:vAlign w:val="bottom"/>
          </w:tcPr>
          <w:p>
            <w:pPr>
              <w:spacing w:before="0" w:after="0"/>
            </w:pPr>
          </w:p>
        </w:tc>
        <w:tc>
          <w:tcPr>
            <w:tcW w:type="dxa" w:w="1656"/>
            <w:vAlign w:val="bottom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Sleep (hrs)</w:t>
            </w:r>
          </w:p>
        </w:tc>
        <w:tc>
          <w:tcPr>
            <w:tcW w:type="dxa" w:w="1800"/>
            <w:tcBorders>
              <w:top w:val="nil"/>
              <w:left w:val="nil"/>
              <w:bottom w:val="single" w:sz="6" w:color="9AA5B8"/>
              <w:right w:val="nil"/>
            </w:tcBorders>
            <w:vAlign w:val="bottom"/>
          </w:tcPr>
          <w:p>
            <w:pPr>
              <w:spacing w:before="0" w:after="0"/>
            </w:pPr>
          </w:p>
        </w:tc>
        <w:tc>
          <w:tcPr>
            <w:tcW w:type="dxa" w:w="1656"/>
            <w:vAlign w:val="bottom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Exercise</w:t>
            </w:r>
          </w:p>
        </w:tc>
        <w:tc>
          <w:tcPr>
            <w:tcW w:type="dxa" w:w="1800"/>
            <w:tcBorders>
              <w:top w:val="nil"/>
              <w:left w:val="nil"/>
              <w:bottom w:val="single" w:sz="6" w:color="9AA5B8"/>
              <w:right w:val="nil"/>
            </w:tcBorders>
            <w:vAlign w:val="bottom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60" w:after="40"/>
      </w:pPr>
      <w:r>
        <w:rPr>
          <w:b w:val="0"/>
          <w:i w:val="0"/>
          <w:color w:val="F7B733"/>
          <w:sz w:val="18"/>
        </w:rPr>
        <w:t xml:space="preserve">● </w:t>
      </w:r>
      <w:r>
        <w:rPr>
          <w:b/>
          <w:i w:val="0"/>
          <w:color w:val="0B2A6B"/>
          <w:sz w:val="20"/>
        </w:rPr>
        <w:t>BREAKFAST</w:t>
      </w:r>
      <w:r>
        <w:rPr>
          <w:b w:val="0"/>
          <w:i w:val="0"/>
          <w:color w:val="5A6270"/>
          <w:sz w:val="17"/>
        </w:rPr>
        <w:t xml:space="preserve">    Time: ________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3671"/>
        <w:gridCol w:w="1296"/>
        <w:gridCol w:w="1080"/>
        <w:gridCol w:w="1007"/>
        <w:gridCol w:w="1007"/>
        <w:gridCol w:w="864"/>
        <w:gridCol w:w="1425"/>
      </w:tblGrid>
      <w:tr>
        <w:trPr>
          <w:trHeight w:val="346" w:hRule="atLeast"/>
        </w:trPr>
        <w:tc>
          <w:tcPr>
            <w:tcW w:type="dxa" w:w="3672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Food &amp; Drink</w:t>
            </w:r>
          </w:p>
        </w:tc>
        <w:tc>
          <w:tcPr>
            <w:tcW w:type="dxa" w:w="129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Portion</w:t>
            </w:r>
          </w:p>
        </w:tc>
        <w:tc>
          <w:tcPr>
            <w:tcW w:type="dxa" w:w="1080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Calories</w:t>
            </w:r>
          </w:p>
        </w:tc>
        <w:tc>
          <w:tcPr>
            <w:tcW w:type="dxa" w:w="100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Protein</w:t>
            </w:r>
          </w:p>
        </w:tc>
        <w:tc>
          <w:tcPr>
            <w:tcW w:type="dxa" w:w="100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Carbs</w:t>
            </w:r>
          </w:p>
        </w:tc>
        <w:tc>
          <w:tcPr>
            <w:tcW w:type="dxa" w:w="864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Fat</w:t>
            </w:r>
          </w:p>
        </w:tc>
        <w:tc>
          <w:tcPr>
            <w:tcW w:type="dxa" w:w="142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Hunger (1-5)</w:t>
            </w: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  <w:shd w:val="clear" w:color="auto" w:fill="F4F7FD"/>
          </w:tcPr>
          <w:p>
            <w:pPr>
              <w:spacing w:before="0" w:after="0"/>
            </w:pP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60" w:after="40"/>
      </w:pPr>
      <w:r>
        <w:rPr>
          <w:b w:val="0"/>
          <w:i w:val="0"/>
          <w:color w:val="F7B733"/>
          <w:sz w:val="18"/>
        </w:rPr>
        <w:t xml:space="preserve">● </w:t>
      </w:r>
      <w:r>
        <w:rPr>
          <w:b/>
          <w:i w:val="0"/>
          <w:color w:val="0B2A6B"/>
          <w:sz w:val="20"/>
        </w:rPr>
        <w:t>MORNING SNACK</w:t>
      </w:r>
      <w:r>
        <w:rPr>
          <w:b w:val="0"/>
          <w:i w:val="0"/>
          <w:color w:val="5A6270"/>
          <w:sz w:val="17"/>
        </w:rPr>
        <w:t xml:space="preserve">    Time: ________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3671"/>
        <w:gridCol w:w="1296"/>
        <w:gridCol w:w="1080"/>
        <w:gridCol w:w="1007"/>
        <w:gridCol w:w="1007"/>
        <w:gridCol w:w="864"/>
        <w:gridCol w:w="1425"/>
      </w:tblGrid>
      <w:tr>
        <w:trPr>
          <w:trHeight w:val="346" w:hRule="atLeast"/>
        </w:trPr>
        <w:tc>
          <w:tcPr>
            <w:tcW w:type="dxa" w:w="3672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Food &amp; Drink</w:t>
            </w:r>
          </w:p>
        </w:tc>
        <w:tc>
          <w:tcPr>
            <w:tcW w:type="dxa" w:w="1296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Portion</w:t>
            </w:r>
          </w:p>
        </w:tc>
        <w:tc>
          <w:tcPr>
            <w:tcW w:type="dxa" w:w="1080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Calories</w:t>
            </w:r>
          </w:p>
        </w:tc>
        <w:tc>
          <w:tcPr>
            <w:tcW w:type="dxa" w:w="1008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Protein</w:t>
            </w:r>
          </w:p>
        </w:tc>
        <w:tc>
          <w:tcPr>
            <w:tcW w:type="dxa" w:w="1008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Carbs</w:t>
            </w:r>
          </w:p>
        </w:tc>
        <w:tc>
          <w:tcPr>
            <w:tcW w:type="dxa" w:w="864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Fat</w:t>
            </w:r>
          </w:p>
        </w:tc>
        <w:tc>
          <w:tcPr>
            <w:tcW w:type="dxa" w:w="1426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Hunger (1-5)</w:t>
            </w: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60" w:after="40"/>
      </w:pPr>
      <w:r>
        <w:rPr>
          <w:b w:val="0"/>
          <w:i w:val="0"/>
          <w:color w:val="F7B733"/>
          <w:sz w:val="18"/>
        </w:rPr>
        <w:t xml:space="preserve">● </w:t>
      </w:r>
      <w:r>
        <w:rPr>
          <w:b/>
          <w:i w:val="0"/>
          <w:color w:val="0B2A6B"/>
          <w:sz w:val="20"/>
        </w:rPr>
        <w:t>LUNCH</w:t>
      </w:r>
      <w:r>
        <w:rPr>
          <w:b w:val="0"/>
          <w:i w:val="0"/>
          <w:color w:val="5A6270"/>
          <w:sz w:val="17"/>
        </w:rPr>
        <w:t xml:space="preserve">    Time: ________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3671"/>
        <w:gridCol w:w="1296"/>
        <w:gridCol w:w="1080"/>
        <w:gridCol w:w="1007"/>
        <w:gridCol w:w="1007"/>
        <w:gridCol w:w="864"/>
        <w:gridCol w:w="1425"/>
      </w:tblGrid>
      <w:tr>
        <w:trPr>
          <w:trHeight w:val="346" w:hRule="atLeast"/>
        </w:trPr>
        <w:tc>
          <w:tcPr>
            <w:tcW w:type="dxa" w:w="3672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Food &amp; Drink</w:t>
            </w:r>
          </w:p>
        </w:tc>
        <w:tc>
          <w:tcPr>
            <w:tcW w:type="dxa" w:w="129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Portion</w:t>
            </w:r>
          </w:p>
        </w:tc>
        <w:tc>
          <w:tcPr>
            <w:tcW w:type="dxa" w:w="1080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Calories</w:t>
            </w:r>
          </w:p>
        </w:tc>
        <w:tc>
          <w:tcPr>
            <w:tcW w:type="dxa" w:w="100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Protein</w:t>
            </w:r>
          </w:p>
        </w:tc>
        <w:tc>
          <w:tcPr>
            <w:tcW w:type="dxa" w:w="100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Carbs</w:t>
            </w:r>
          </w:p>
        </w:tc>
        <w:tc>
          <w:tcPr>
            <w:tcW w:type="dxa" w:w="864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Fat</w:t>
            </w:r>
          </w:p>
        </w:tc>
        <w:tc>
          <w:tcPr>
            <w:tcW w:type="dxa" w:w="142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Hunger (1-5)</w:t>
            </w: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  <w:shd w:val="clear" w:color="auto" w:fill="F4F7FD"/>
          </w:tcPr>
          <w:p>
            <w:pPr>
              <w:spacing w:before="0" w:after="0"/>
            </w:pP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60" w:after="40"/>
      </w:pPr>
      <w:r>
        <w:rPr>
          <w:b w:val="0"/>
          <w:i w:val="0"/>
          <w:color w:val="F7B733"/>
          <w:sz w:val="18"/>
        </w:rPr>
        <w:t xml:space="preserve">● </w:t>
      </w:r>
      <w:r>
        <w:rPr>
          <w:b/>
          <w:i w:val="0"/>
          <w:color w:val="0B2A6B"/>
          <w:sz w:val="20"/>
        </w:rPr>
        <w:t>AFTERNOON SNACK</w:t>
      </w:r>
      <w:r>
        <w:rPr>
          <w:b w:val="0"/>
          <w:i w:val="0"/>
          <w:color w:val="5A6270"/>
          <w:sz w:val="17"/>
        </w:rPr>
        <w:t xml:space="preserve">    Time: ________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3671"/>
        <w:gridCol w:w="1296"/>
        <w:gridCol w:w="1080"/>
        <w:gridCol w:w="1007"/>
        <w:gridCol w:w="1007"/>
        <w:gridCol w:w="864"/>
        <w:gridCol w:w="1425"/>
      </w:tblGrid>
      <w:tr>
        <w:trPr>
          <w:trHeight w:val="346" w:hRule="atLeast"/>
        </w:trPr>
        <w:tc>
          <w:tcPr>
            <w:tcW w:type="dxa" w:w="3672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Food &amp; Drink</w:t>
            </w:r>
          </w:p>
        </w:tc>
        <w:tc>
          <w:tcPr>
            <w:tcW w:type="dxa" w:w="1296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Portion</w:t>
            </w:r>
          </w:p>
        </w:tc>
        <w:tc>
          <w:tcPr>
            <w:tcW w:type="dxa" w:w="1080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Calories</w:t>
            </w:r>
          </w:p>
        </w:tc>
        <w:tc>
          <w:tcPr>
            <w:tcW w:type="dxa" w:w="1008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Protein</w:t>
            </w:r>
          </w:p>
        </w:tc>
        <w:tc>
          <w:tcPr>
            <w:tcW w:type="dxa" w:w="1008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Carbs</w:t>
            </w:r>
          </w:p>
        </w:tc>
        <w:tc>
          <w:tcPr>
            <w:tcW w:type="dxa" w:w="864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Fat</w:t>
            </w:r>
          </w:p>
        </w:tc>
        <w:tc>
          <w:tcPr>
            <w:tcW w:type="dxa" w:w="1426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Hunger (1-5)</w:t>
            </w: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60" w:after="40"/>
      </w:pPr>
      <w:r>
        <w:rPr>
          <w:b w:val="0"/>
          <w:i w:val="0"/>
          <w:color w:val="F7B733"/>
          <w:sz w:val="18"/>
        </w:rPr>
        <w:t xml:space="preserve">● </w:t>
      </w:r>
      <w:r>
        <w:rPr>
          <w:b/>
          <w:i w:val="0"/>
          <w:color w:val="0B2A6B"/>
          <w:sz w:val="20"/>
        </w:rPr>
        <w:t>DINNER</w:t>
      </w:r>
      <w:r>
        <w:rPr>
          <w:b w:val="0"/>
          <w:i w:val="0"/>
          <w:color w:val="5A6270"/>
          <w:sz w:val="17"/>
        </w:rPr>
        <w:t xml:space="preserve">    Time: ________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3671"/>
        <w:gridCol w:w="1296"/>
        <w:gridCol w:w="1080"/>
        <w:gridCol w:w="1007"/>
        <w:gridCol w:w="1007"/>
        <w:gridCol w:w="864"/>
        <w:gridCol w:w="1425"/>
      </w:tblGrid>
      <w:tr>
        <w:trPr>
          <w:trHeight w:val="346" w:hRule="atLeast"/>
        </w:trPr>
        <w:tc>
          <w:tcPr>
            <w:tcW w:type="dxa" w:w="3672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Food &amp; Drink</w:t>
            </w:r>
          </w:p>
        </w:tc>
        <w:tc>
          <w:tcPr>
            <w:tcW w:type="dxa" w:w="129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Portion</w:t>
            </w:r>
          </w:p>
        </w:tc>
        <w:tc>
          <w:tcPr>
            <w:tcW w:type="dxa" w:w="1080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Calories</w:t>
            </w:r>
          </w:p>
        </w:tc>
        <w:tc>
          <w:tcPr>
            <w:tcW w:type="dxa" w:w="100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Protein</w:t>
            </w:r>
          </w:p>
        </w:tc>
        <w:tc>
          <w:tcPr>
            <w:tcW w:type="dxa" w:w="1008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Carbs</w:t>
            </w:r>
          </w:p>
        </w:tc>
        <w:tc>
          <w:tcPr>
            <w:tcW w:type="dxa" w:w="864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Fat</w:t>
            </w:r>
          </w:p>
        </w:tc>
        <w:tc>
          <w:tcPr>
            <w:tcW w:type="dxa" w:w="1426"/>
            <w:shd w:val="clear" w:color="auto" w:fill="1E5BD6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Hunger (1-5)</w:t>
            </w: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  <w:shd w:val="clear" w:color="auto" w:fill="F4F7FD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  <w:shd w:val="clear" w:color="auto" w:fill="F4F7FD"/>
          </w:tcPr>
          <w:p>
            <w:pPr>
              <w:spacing w:before="0" w:after="0"/>
            </w:pP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p>
      <w:pPr>
        <w:spacing w:before="60" w:after="40"/>
      </w:pPr>
      <w:r>
        <w:rPr>
          <w:b w:val="0"/>
          <w:i w:val="0"/>
          <w:color w:val="F7B733"/>
          <w:sz w:val="18"/>
        </w:rPr>
        <w:t xml:space="preserve">● </w:t>
      </w:r>
      <w:r>
        <w:rPr>
          <w:b/>
          <w:i w:val="0"/>
          <w:color w:val="0B2A6B"/>
          <w:sz w:val="20"/>
        </w:rPr>
        <w:t>EVENING SNACK</w:t>
      </w:r>
      <w:r>
        <w:rPr>
          <w:b w:val="0"/>
          <w:i w:val="0"/>
          <w:color w:val="5A6270"/>
          <w:sz w:val="17"/>
        </w:rPr>
        <w:t xml:space="preserve">    Time: ________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3671"/>
        <w:gridCol w:w="1296"/>
        <w:gridCol w:w="1080"/>
        <w:gridCol w:w="1007"/>
        <w:gridCol w:w="1007"/>
        <w:gridCol w:w="864"/>
        <w:gridCol w:w="1425"/>
      </w:tblGrid>
      <w:tr>
        <w:trPr>
          <w:trHeight w:val="346" w:hRule="atLeast"/>
        </w:trPr>
        <w:tc>
          <w:tcPr>
            <w:tcW w:type="dxa" w:w="3672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Food &amp; Drink</w:t>
            </w:r>
          </w:p>
        </w:tc>
        <w:tc>
          <w:tcPr>
            <w:tcW w:type="dxa" w:w="1296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Portion</w:t>
            </w:r>
          </w:p>
        </w:tc>
        <w:tc>
          <w:tcPr>
            <w:tcW w:type="dxa" w:w="1080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Calories</w:t>
            </w:r>
          </w:p>
        </w:tc>
        <w:tc>
          <w:tcPr>
            <w:tcW w:type="dxa" w:w="1008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Protein</w:t>
            </w:r>
          </w:p>
        </w:tc>
        <w:tc>
          <w:tcPr>
            <w:tcW w:type="dxa" w:w="1008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Carbs</w:t>
            </w:r>
          </w:p>
        </w:tc>
        <w:tc>
          <w:tcPr>
            <w:tcW w:type="dxa" w:w="864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Fat</w:t>
            </w:r>
          </w:p>
        </w:tc>
        <w:tc>
          <w:tcPr>
            <w:tcW w:type="dxa" w:w="1426"/>
            <w:shd w:val="clear" w:color="auto" w:fill="4A7BE0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7"/>
              </w:rPr>
              <w:t>Hunger (1-5)</w:t>
            </w:r>
          </w:p>
        </w:tc>
      </w:tr>
      <w:tr>
        <w:trPr>
          <w:trHeight w:val="346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1080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1008"/>
            <w:vAlign w:val="center"/>
          </w:tcPr>
          <w:p>
            <w:pPr>
              <w:spacing w:before="0" w:after="0"/>
            </w:pPr>
          </w:p>
        </w:tc>
        <w:tc>
          <w:tcPr>
            <w:tcW w:type="dxa" w:w="864"/>
            <w:vAlign w:val="center"/>
          </w:tcPr>
          <w:p>
            <w:pPr>
              <w:spacing w:before="0" w:after="0"/>
            </w:pPr>
          </w:p>
        </w:tc>
        <w:tc>
          <w:tcPr>
            <w:tcW w:type="dxa" w:w="1426"/>
            <w:vAlign w:val="center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B8C4D9"/>
          <w:left w:val="single" w:sz="4" w:color="B8C4D9"/>
          <w:bottom w:val="single" w:sz="4" w:color="B8C4D9"/>
          <w:right w:val="single" w:sz="4" w:color="B8C4D9"/>
          <w:insideH w:val="single" w:sz="4" w:color="B8C4D9"/>
          <w:insideV w:val="single" w:sz="4" w:color="B8C4D9"/>
        </w:tblBorders>
        <w:tblCellMar>
          <w:top w:w="30" w:type="dxa"/>
          <w:left w:w="70" w:type="dxa"/>
          <w:bottom w:w="30" w:type="dxa"/>
          <w:right w:w="70" w:type="dxa"/>
        </w:tblCellMar>
        <w:tblInd w:w="70" w:type="dxa"/>
        <w:tblLayout w:type="fixed"/>
      </w:tblPr>
      <w:tblGrid>
        <w:gridCol w:w="3671"/>
        <w:gridCol w:w="1584"/>
        <w:gridCol w:w="1512"/>
        <w:gridCol w:w="1440"/>
        <w:gridCol w:w="1296"/>
        <w:gridCol w:w="849"/>
      </w:tblGrid>
      <w:tr>
        <w:trPr>
          <w:trHeight w:val="403" w:hRule="atLeast"/>
        </w:trPr>
        <w:tc>
          <w:tcPr>
            <w:tcW w:type="dxa" w:w="3672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DAILY TOTALS</w:t>
            </w:r>
          </w:p>
        </w:tc>
        <w:tc>
          <w:tcPr>
            <w:tcW w:type="dxa" w:w="1584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Calories</w:t>
            </w:r>
          </w:p>
        </w:tc>
        <w:tc>
          <w:tcPr>
            <w:tcW w:type="dxa" w:w="1512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Protein</w:t>
            </w:r>
          </w:p>
        </w:tc>
        <w:tc>
          <w:tcPr>
            <w:tcW w:type="dxa" w:w="1440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Carbs</w:t>
            </w:r>
          </w:p>
        </w:tc>
        <w:tc>
          <w:tcPr>
            <w:tcW w:type="dxa" w:w="1296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Fat</w:t>
            </w:r>
          </w:p>
        </w:tc>
        <w:tc>
          <w:tcPr>
            <w:tcW w:type="dxa" w:w="850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18"/>
              </w:rPr>
              <w:t>vs Goal</w:t>
            </w:r>
          </w:p>
        </w:tc>
      </w:tr>
      <w:tr>
        <w:trPr>
          <w:trHeight w:val="403" w:hRule="atLeast"/>
        </w:trPr>
        <w:tc>
          <w:tcPr>
            <w:tcW w:type="dxa" w:w="3672"/>
            <w:vAlign w:val="center"/>
          </w:tcPr>
          <w:p>
            <w:pPr>
              <w:spacing w:before="0" w:after="0"/>
            </w:pPr>
          </w:p>
        </w:tc>
        <w:tc>
          <w:tcPr>
            <w:tcW w:type="dxa" w:w="1584"/>
            <w:vAlign w:val="center"/>
          </w:tcPr>
          <w:p>
            <w:pPr>
              <w:spacing w:before="0" w:after="0"/>
            </w:pPr>
          </w:p>
        </w:tc>
        <w:tc>
          <w:tcPr>
            <w:tcW w:type="dxa" w:w="1512"/>
            <w:vAlign w:val="center"/>
          </w:tcPr>
          <w:p>
            <w:pPr>
              <w:spacing w:before="0" w:after="0"/>
            </w:pPr>
          </w:p>
        </w:tc>
        <w:tc>
          <w:tcPr>
            <w:tcW w:type="dxa" w:w="1440"/>
            <w:vAlign w:val="center"/>
          </w:tcPr>
          <w:p>
            <w:pPr>
              <w:spacing w:before="0" w:after="0"/>
            </w:pPr>
          </w:p>
        </w:tc>
        <w:tc>
          <w:tcPr>
            <w:tcW w:type="dxa" w:w="1296"/>
            <w:vAlign w:val="center"/>
          </w:tcPr>
          <w:p>
            <w:pPr>
              <w:spacing w:before="0" w:after="0"/>
            </w:pPr>
          </w:p>
        </w:tc>
        <w:tc>
          <w:tcPr>
            <w:tcW w:type="dxa" w:w="850"/>
            <w:vAlign w:val="center"/>
          </w:tcPr>
          <w:p>
            <w:pPr>
              <w:spacing w:before="0" w:after="0"/>
            </w:pPr>
          </w:p>
        </w:tc>
      </w:tr>
    </w:tbl>
    <w:p>
      <w:pPr>
        <w:spacing w:before="0" w:after="0" w:line="100" w:lineRule="exact"/>
      </w:pPr>
      <w:r>
        <w:rPr>
          <w:b w:val="0"/>
          <w:i w:val="0"/>
          <w:sz w:val="2"/>
        </w:rPr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5183"/>
        <w:gridCol w:w="5183"/>
      </w:tblGrid>
      <w:tr>
        <w:tc>
          <w:tcPr>
            <w:tcW w:type="dxa" w:w="5184"/>
          </w:tcPr>
          <w:p>
            <w:pPr>
              <w:spacing w:before="0" w:after="60"/>
            </w:pPr>
            <w:r>
              <w:rPr>
                <w:b/>
                <w:i w:val="0"/>
                <w:color w:val="0B2A6B"/>
                <w:sz w:val="19"/>
              </w:rPr>
              <w:t>WATER INTAKE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1E5BD6"/>
                <w:sz w:val="26"/>
              </w:rPr>
              <w:t>◯  ◯  ◯  ◯  ◯  ◯  ◯  ◯   (glasses)</w:t>
            </w:r>
          </w:p>
        </w:tc>
        <w:tc>
          <w:tcPr>
            <w:tcW w:type="dxa" w:w="5184"/>
          </w:tcPr>
          <w:p>
            <w:pPr>
              <w:spacing w:before="0" w:after="60"/>
            </w:pPr>
            <w:r>
              <w:rPr>
                <w:b/>
                <w:i w:val="0"/>
                <w:color w:val="0B2A6B"/>
                <w:sz w:val="19"/>
              </w:rPr>
              <w:t>MOOD &amp; ENERGY</w:t>
            </w:r>
          </w:p>
          <w:p>
            <w:pPr>
              <w:spacing w:before="0" w:after="0"/>
            </w:pPr>
            <w:r>
              <w:rPr>
                <w:b w:val="0"/>
                <w:i w:val="0"/>
                <w:sz w:val="19"/>
              </w:rPr>
              <w:t>☐ Great   ☐ Good   ☐ Okay   ☐ Tired   ☐ Low</w:t>
            </w:r>
          </w:p>
        </w:tc>
      </w:tr>
    </w:tbl>
    <w:p>
      <w:pPr>
        <w:spacing w:before="0" w:after="0" w:line="80" w:lineRule="exact"/>
      </w:pPr>
      <w:r>
        <w:rPr>
          <w:b w:val="0"/>
          <w:i w:val="0"/>
          <w:sz w:val="2"/>
        </w:rPr>
      </w:r>
    </w:p>
    <w:p>
      <w:pPr>
        <w:spacing w:before="40" w:after="40"/>
      </w:pPr>
      <w:r>
        <w:rPr>
          <w:b/>
          <w:i w:val="0"/>
          <w:color w:val="0B2A6B"/>
          <w:sz w:val="19"/>
        </w:rPr>
        <w:t>NOTES / REFLECTIONS</w:t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0367"/>
      </w:tblGrid>
      <w:tr>
        <w:trPr>
          <w:trHeight w:val="374" w:hRule="atLeast"/>
        </w:trPr>
        <w:tc>
          <w:tcPr>
            <w:tcW w:type="dxa" w:w="10368"/>
            <w:tcBorders>
              <w:top w:val="nil"/>
              <w:left w:val="nil"/>
              <w:bottom w:val="single" w:sz="4" w:color="B8C4D9"/>
              <w:right w:val="nil"/>
            </w:tcBorders>
          </w:tcPr>
          <w:p>
            <w:pPr>
              <w:spacing w:before="0" w:after="0"/>
            </w:pPr>
          </w:p>
        </w:tc>
      </w:tr>
    </w:tbl>
    <w:p>
      <w:pPr>
        <w:spacing w:before="0" w:after="0" w:line="80" w:lineRule="exact"/>
      </w:pPr>
      <w:r>
        <w:rPr>
          <w:b w:val="0"/>
          <w:i w:val="0"/>
          <w:sz w:val="2"/>
        </w:rPr>
      </w:r>
    </w:p>
    <w:sectPr w:rsidR="00FC693F" w:rsidRPr="0006063C" w:rsidSect="00034616">
      <w:footerReference w:type="default" r:id="rId9"/>
      <w:pgSz w:w="12240" w:h="15840"/>
      <w:pgMar w:top="792" w:right="936" w:bottom="792" w:left="936" w:header="360" w:footer="39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b w:val="0"/>
        <w:i w:val="0"/>
        <w:color w:val="8A93A3"/>
        <w:sz w:val="16"/>
      </w:rPr>
      <w:t>wordstemplates.com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before="0"/>
    </w:pPr>
    <w:rPr>
      <w:rFonts w:ascii="Calibri" w:hAnsi="Calibri" w:eastAsia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